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Noto Sans CJK JP" w:hAnsi="Noto Sans CJK JP" w:eastAsia="Noto Sans CJK JP"/>
          <w:b/>
          <w:sz w:val="18"/>
        </w:rPr>
        <w:t>様式1</w:t>
      </w:r>
    </w:p>
    <w:p>
      <w:pPr>
        <w:pStyle w:val="FormTitle"/>
        <w:jc w:val="center"/>
      </w:pPr>
      <w:r>
        <w:t>DMO戦略監　応募申込書</w:t>
      </w:r>
    </w:p>
    <w:p>
      <w:pPr>
        <w:jc w:val="center"/>
      </w:pPr>
      <w:r>
        <w:rPr>
          <w:rFonts w:ascii="Noto Sans CJK JP" w:hAnsi="Noto Sans CJK JP" w:eastAsia="Noto Sans CJK JP"/>
          <w:sz w:val="20"/>
        </w:rPr>
        <w:t>一般社団法人大山観光局　DMO戦略監募集</w:t>
      </w:r>
    </w:p>
    <w:p>
      <w:pPr>
        <w:pStyle w:val="NoteSmall"/>
      </w:pPr>
      <w:r>
        <w:t>※募集要項を確認の上、事実に基づいて記入してください。記載欄が不足する場合は、別紙を添付して差し支えありません。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rHeight w:val="567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氏名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737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住所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  <w:r>
              <w:rPr>
                <w:rFonts w:ascii="Noto Sans CJK JP" w:hAnsi="Noto Sans CJK JP" w:eastAsia="Noto Sans CJK JP"/>
                <w:sz w:val="19"/>
              </w:rPr>
              <w:t>〒</w:t>
            </w:r>
          </w:p>
        </w:tc>
      </w:tr>
      <w:tr>
        <w:trPr>
          <w:trHeight w:val="510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電話番号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510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メールアドレス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623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現職・所属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1360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現在又は過去の</w:t>
              <w:br/>
              <w:t>主な役職・</w:t>
              <w:br/>
              <w:t>マネジメント経験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963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主な専門分野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  <w:tr>
        <w:trPr>
          <w:trHeight w:val="567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着任可能時期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  <w:r>
              <w:rPr>
                <w:rFonts w:ascii="Noto Sans CJK JP" w:hAnsi="Noto Sans CJK JP" w:eastAsia="Noto Sans CJK JP"/>
                <w:sz w:val="19"/>
              </w:rPr>
              <w:t>年　　月　　日頃から</w:t>
            </w:r>
          </w:p>
        </w:tc>
      </w:tr>
      <w:tr>
        <w:trPr>
          <w:trHeight w:val="1020" w:hRule="atLeast"/>
        </w:trPr>
        <w:tc>
          <w:tcPr>
            <w:tcW w:type="dxa" w:w="2494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shd w:fill="EAF0F6"/>
          </w:tcPr>
          <w:p>
            <w:pPr>
              <w:spacing w:after="0" w:before="0"/>
              <w:jc w:val="center"/>
            </w:pPr>
            <w:r>
              <w:rPr>
                <w:rFonts w:ascii="Noto Sans CJK JP" w:hAnsi="Noto Sans CJK JP" w:eastAsia="Noto Sans CJK JP"/>
                <w:b/>
                <w:sz w:val="19"/>
              </w:rPr>
              <w:t>大山地域との関わり</w:t>
              <w:br/>
              <w:t>（ある場合）</w:t>
            </w:r>
          </w:p>
        </w:tc>
        <w:tc>
          <w:tcPr>
            <w:tcW w:type="dxa" w:w="6973"/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pPr>
              <w:spacing w:after="0" w:before="0"/>
            </w:pPr>
          </w:p>
        </w:tc>
      </w:tr>
    </w:tbl>
    <w:p/>
    <w:p>
      <w:pPr>
        <w:pStyle w:val="SectionHead"/>
      </w:pPr>
      <w:r>
        <w:t>応募にあたっての確認</w:t>
      </w:r>
    </w:p>
    <w:p>
      <w:pPr>
        <w:spacing w:after="40"/>
        <w:ind w:left="227"/>
      </w:pPr>
      <w:r>
        <w:rPr>
          <w:rFonts w:ascii="Noto Sans CJK JP" w:hAnsi="Noto Sans CJK JP" w:eastAsia="Noto Sans CJK JP"/>
          <w:sz w:val="19"/>
        </w:rPr>
        <w:t>□　募集要項に記載されたDMO戦略監の役割・組織上の位置付けを確認しました。</w:t>
      </w:r>
    </w:p>
    <w:p>
      <w:pPr>
        <w:spacing w:after="40"/>
        <w:ind w:left="227"/>
      </w:pPr>
      <w:r>
        <w:rPr>
          <w:rFonts w:ascii="Noto Sans CJK JP" w:hAnsi="Noto Sans CJK JP" w:eastAsia="Noto Sans CJK JP"/>
          <w:sz w:val="19"/>
        </w:rPr>
        <w:t>□　履歴書、職務経歴書、課題提案書、誓約書をあわせて提出します。</w:t>
      </w:r>
    </w:p>
    <w:p>
      <w:pPr>
        <w:spacing w:after="40"/>
        <w:ind w:left="227"/>
      </w:pPr>
      <w:r>
        <w:rPr>
          <w:rFonts w:ascii="Noto Sans CJK JP" w:hAnsi="Noto Sans CJK JP" w:eastAsia="Noto Sans CJK JP"/>
          <w:sz w:val="19"/>
        </w:rPr>
        <w:t>□　応募書類の記載内容は、私の知る限り真実かつ正確です。</w:t>
      </w:r>
    </w:p>
    <w:p>
      <w:pPr>
        <w:spacing w:before="40" w:after="20"/>
        <w:jc w:val="right"/>
      </w:pPr>
      <w:r>
        <w:t>記入日：　　　　年　　　月　　　日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1984"/>
            <w:tcBorders>
              <w:bottom w:val="single" w:sz="8" w:color="000000"/>
            </w:tcBorders>
          </w:tcPr>
          <w:p>
            <w:pPr>
              <w:spacing w:after="0"/>
            </w:pPr>
            <w:r>
              <w:t>氏名（自署）</w:t>
            </w:r>
          </w:p>
        </w:tc>
        <w:tc>
          <w:tcPr>
            <w:tcW w:type="dxa" w:w="3969"/>
            <w:tcBorders>
              <w:bottom w:val="single" w:sz="8" w:color="000000"/>
            </w:tcBorders>
          </w:tcPr>
          <w:p>
            <w:pPr>
              <w:spacing w:after="0"/>
            </w:pPr>
            <w:r/>
          </w:p>
        </w:tc>
      </w:tr>
    </w:tbl>
    <w:sectPr w:rsidR="00FC693F" w:rsidRPr="0006063C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Noto Sans CJK JP" w:hAnsi="Noto Sans CJK JP" w:eastAsia="Noto Sans CJK JP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pPr>
      <w:spacing w:after="160"/>
    </w:pPr>
    <w:rPr>
      <w:rFonts w:ascii="Noto Sans CJK JP" w:hAnsi="Noto Sans CJK JP" w:eastAsia="Noto Sans CJK JP"/>
      <w:b/>
      <w:sz w:val="34"/>
    </w:rPr>
  </w:style>
  <w:style w:type="paragraph" w:customStyle="1" w:styleId="SectionHead">
    <w:name w:val="SectionHead"/>
    <w:pPr>
      <w:spacing w:before="140" w:after="80"/>
    </w:pPr>
    <w:rPr>
      <w:rFonts w:ascii="Noto Sans CJK JP" w:hAnsi="Noto Sans CJK JP" w:eastAsia="Noto Sans CJK JP"/>
      <w:b/>
      <w:sz w:val="23"/>
    </w:rPr>
  </w:style>
  <w:style w:type="paragraph" w:customStyle="1" w:styleId="NoteSmall">
    <w:name w:val="NoteSmall"/>
    <w:pPr>
      <w:spacing w:after="40"/>
    </w:pPr>
    <w:rPr>
      <w:rFonts w:ascii="Noto Sans CJK JP" w:hAnsi="Noto Sans CJK JP" w:eastAsia="Noto Sans CJK JP"/>
      <w:color w:val="5A5A5A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